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8208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b/>
                <w:sz w:val="48"/>
              </w:rPr>
              <w:t>Chad Koslovsky</w:t>
            </w:r>
          </w:p>
          <w:p>
            <w:r>
              <w:rPr>
                <w:color w:val="505050"/>
                <w:sz w:val="24"/>
              </w:rPr>
              <w:t>Product Engineer | Full Stack Systems Builder | Founder</w:t>
            </w:r>
          </w:p>
          <w:p>
            <w:r>
              <w:rPr>
                <w:color w:val="5A5A5A"/>
                <w:sz w:val="20"/>
              </w:rPr>
              <w:t>Loveland, CO 80538 | (303) 999-8003 | chad@koslovsky.xyz | LinkedIn</w:t>
            </w:r>
          </w:p>
        </w:tc>
        <w:tc>
          <w:tcPr>
            <w:tcW w:type="dxa" w:w="1872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143000" cy="1143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shot_pro_circl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r>
        <w:rPr>
          <w:b/>
          <w:color w:val="147896"/>
          <w:sz w:val="24"/>
        </w:rPr>
        <w:t>SUMMARY</w:t>
      </w:r>
    </w:p>
    <w:p>
      <w:r>
        <w:t>Product engineer and systems builder with 20+ years taking ambiguous operations from stakeholder discovery and data modeling through full-stack delivery, rollout, and support. I code the products myself and use AI tools I developed through that engineering work without outsourcing architecture, testing, or judgment. My work spans an acquired Amazon SaaS product, enterprise infrastructure, real-time tools, deterministic games, open-source platforms, and five years shipping crypto and creative products.</w:t>
      </w:r>
    </w:p>
    <w:p>
      <w:r>
        <w:rPr>
          <w:b/>
          <w:color w:val="147896"/>
          <w:sz w:val="24"/>
        </w:rPr>
        <w:t>CORE SKILLS</w:t>
      </w:r>
    </w:p>
    <w:p>
      <w:r>
        <w:rPr>
          <w:b/>
        </w:rPr>
        <w:t>Product Engineering:</w:t>
      </w:r>
      <w:r>
        <w:t xml:space="preserve"> React, Vue, Next.js, TypeScript, Node.js, Rust, PostgreSQL, Redis, REST/GraphQL, WebSockets, authentication, payments, admin systems</w:t>
      </w:r>
    </w:p>
    <w:p>
      <w:r>
        <w:rPr>
          <w:b/>
        </w:rPr>
        <w:t>AI and Automation:</w:t>
      </w:r>
      <w:r>
        <w:t xml:space="preserve"> retrieval, embeddings, LangChain, vector databases, structured outputs, classification, tool orchestration, natural-language interfaces, evaluation, GPU-accelerated inference, workflow automation</w:t>
      </w:r>
    </w:p>
    <w:p>
      <w:r>
        <w:rPr>
          <w:b/>
        </w:rPr>
        <w:t>Operations and Integrations:</w:t>
      </w:r>
      <w:r>
        <w:t xml:space="preserve"> scheduling, email triage, support, CRM, ticketing, dashboards, analytics, notifications, approvals, stakeholder discovery</w:t>
      </w:r>
    </w:p>
    <w:p>
      <w:r>
        <w:rPr>
          <w:b/>
        </w:rPr>
        <w:t>Systems and Delivery:</w:t>
      </w:r>
      <w:r>
        <w:t xml:space="preserve"> Linux, AWS, Kubernetes, Docker, Terraform, Ansible, CI/CD, Nginx, networking, observability, security, backup, disaster recovery</w:t>
      </w:r>
    </w:p>
    <w:p>
      <w:r>
        <w:rPr>
          <w:b/>
          <w:color w:val="147896"/>
          <w:sz w:val="24"/>
        </w:rPr>
        <w:t>PROFESSIONAL EXPERIENCE</w:t>
      </w:r>
    </w:p>
    <w:p>
      <w:pPr>
        <w:keepNext/>
        <w:spacing w:before="80" w:after="0"/>
      </w:pPr>
      <w:r>
        <w:rPr>
          <w:b/>
        </w:rPr>
        <w:t>Technomancy IT LLC - Founder / Product Engineer / Systems Lead</w:t>
      </w:r>
    </w:p>
    <w:p>
      <w:pPr>
        <w:keepNext/>
        <w:spacing w:before="0" w:after="0"/>
      </w:pPr>
      <w:r>
        <w:rPr>
          <w:i/>
          <w:color w:val="5A5A5A"/>
        </w:rPr>
        <w:t>2015-Present</w:t>
      </w:r>
    </w:p>
    <w:p>
      <w:pPr>
        <w:pStyle w:val="ListBullet"/>
        <w:keepLines/>
        <w:spacing w:before="0" w:after="0"/>
      </w:pPr>
      <w:r>
        <w:t>Founded a product engineering company delivering React/Vue/Next.js applications, TypeScript/Node.js services, PostgreSQL/Redis data systems, AI automation, and infrastructure.</w:t>
      </w:r>
    </w:p>
    <w:p>
      <w:pPr>
        <w:pStyle w:val="ListBullet"/>
        <w:keepLines/>
        <w:spacing w:before="0" w:after="0"/>
      </w:pPr>
      <w:r>
        <w:t>Managed Excell Services' complete IT function: rebuilt on-site servers, negotiated fiber that saved thousands, added multi-site recovery and wireless links, supported roughly 30 employees, and migrated the business without interruption.</w:t>
      </w:r>
    </w:p>
    <w:p>
      <w:pPr>
        <w:pStyle w:val="ListBullet"/>
        <w:keepLines/>
        <w:spacing w:before="0" w:after="0"/>
      </w:pPr>
      <w:r>
        <w:t>Operated from Wray, Colorado for three years and became a go-to technology resource across the town; built Blade Construction's custom ticketing/CRM workflow and managed client software, hardware, networking, and IT.</w:t>
      </w:r>
    </w:p>
    <w:p>
      <w:pPr>
        <w:pStyle w:val="ListBullet"/>
        <w:keepLines/>
        <w:spacing w:before="0" w:after="0"/>
      </w:pPr>
      <w:r>
        <w:t>Helped crypto and creative teams ship games, marketplaces, art and NFT products, smart-contract integrations, launches, and fundraising systems for five years.</w:t>
      </w:r>
    </w:p>
    <w:p>
      <w:pPr>
        <w:keepNext/>
        <w:spacing w:before="80" w:after="0"/>
      </w:pPr>
      <w:r>
        <w:rPr>
          <w:b/>
        </w:rPr>
        <w:t>Front Range Internet - Senior Systems Engineer / Datacenter Architect</w:t>
      </w:r>
    </w:p>
    <w:p>
      <w:pPr>
        <w:keepNext/>
        <w:spacing w:before="0" w:after="0"/>
      </w:pPr>
      <w:r>
        <w:rPr>
          <w:i/>
          <w:color w:val="5A5A5A"/>
        </w:rPr>
        <w:t>2015-2019</w:t>
      </w:r>
    </w:p>
    <w:p>
      <w:pPr>
        <w:pStyle w:val="ListBullet"/>
        <w:keepLines/>
        <w:spacing w:before="0" w:after="0"/>
      </w:pPr>
      <w:r>
        <w:t>Served as the senior systems engineer and datacenter architect, designing and setting up infrastructure for the datacenter and client environments while modernizing workloads from hardware-centric virtualization to reproducible Docker, Swarm, and Kubernetes platforms.</w:t>
      </w:r>
    </w:p>
    <w:p>
      <w:pPr>
        <w:pStyle w:val="ListBullet"/>
        <w:keepLines/>
        <w:spacing w:before="0" w:after="0"/>
      </w:pPr>
      <w:r>
        <w:t>Codified infrastructure with Terraform, Ansible, and CI/CD; led monitoring, capacity, recovery, client migrations, runtime operations, and incident response.</w:t>
      </w:r>
    </w:p>
    <w:p>
      <w:pPr>
        <w:keepNext/>
        <w:spacing w:before="80" w:after="0"/>
      </w:pPr>
      <w:r>
        <w:rPr>
          <w:b/>
        </w:rPr>
        <w:t>Office Evolution - Systems / Software Engineer</w:t>
      </w:r>
    </w:p>
    <w:p>
      <w:pPr>
        <w:keepNext/>
        <w:spacing w:before="0" w:after="0"/>
      </w:pPr>
      <w:r>
        <w:rPr>
          <w:i/>
          <w:color w:val="5A5A5A"/>
        </w:rPr>
        <w:t>2013-2014</w:t>
      </w:r>
    </w:p>
    <w:p>
      <w:pPr>
        <w:pStyle w:val="ListBullet"/>
        <w:keepLines/>
        <w:spacing w:before="0" w:after="0"/>
      </w:pPr>
      <w:r>
        <w:t>Built SQL/MongoDB internal applications connecting CRM, provisioning, onboarding, and service operations while designing and supporting IT architecture across multiple locations and client environments.</w:t>
      </w:r>
    </w:p>
    <w:p>
      <w:pPr>
        <w:keepNext/>
        <w:spacing w:before="80" w:after="0"/>
      </w:pPr>
      <w:r>
        <w:rPr>
          <w:b/>
        </w:rPr>
        <w:t>PlumChoice / Everon - Network Engineer</w:t>
      </w:r>
    </w:p>
    <w:p>
      <w:pPr>
        <w:keepNext/>
        <w:spacing w:before="0" w:after="0"/>
      </w:pPr>
      <w:r>
        <w:rPr>
          <w:i/>
          <w:color w:val="5A5A5A"/>
        </w:rPr>
        <w:t>2011-2013</w:t>
      </w:r>
    </w:p>
    <w:p>
      <w:pPr>
        <w:pStyle w:val="ListBullet"/>
        <w:keepLines/>
        <w:spacing w:before="0" w:after="0"/>
      </w:pPr>
      <w:r>
        <w:t>Operated SMB networks and managed IT across monitoring, incident response, endpoint support, diagnostics, and automation.</w:t>
      </w:r>
    </w:p>
    <w:p>
      <w:pPr>
        <w:keepNext/>
        <w:spacing w:before="80" w:after="0"/>
      </w:pPr>
      <w:r>
        <w:rPr>
          <w:b/>
        </w:rPr>
        <w:t>IBM - Infrastructure and Systems Focal</w:t>
      </w:r>
    </w:p>
    <w:p>
      <w:pPr>
        <w:keepNext/>
        <w:spacing w:before="0" w:after="0"/>
      </w:pPr>
      <w:r>
        <w:rPr>
          <w:i/>
          <w:color w:val="5A5A5A"/>
        </w:rPr>
        <w:t>2009-2011</w:t>
      </w:r>
    </w:p>
    <w:p>
      <w:pPr>
        <w:pStyle w:val="ListBullet"/>
        <w:keepLines/>
        <w:spacing w:before="0" w:after="0"/>
      </w:pPr>
      <w:r>
        <w:t>Infrastructure focal for environments serving millions of users, including Best Buy, Amtrak, and USPS; automated audit, backup, and compliance workflows and managed virtualization and hosted desktop platforms.</w:t>
      </w:r>
    </w:p>
    <w:p>
      <w:r>
        <w:rPr>
          <w:b/>
          <w:color w:val="147896"/>
          <w:sz w:val="24"/>
        </w:rPr>
        <w:t>SELECTED PROJECTS</w:t>
      </w:r>
    </w:p>
    <w:p>
      <w:pPr>
        <w:keepNext/>
        <w:spacing w:before="60" w:after="0"/>
      </w:pPr>
      <w:r>
        <w:rPr>
          <w:b/>
        </w:rPr>
        <w:t>Technomancy.IT - Client Operations Platform</w:t>
      </w:r>
    </w:p>
    <w:p>
      <w:pPr>
        <w:keepLines/>
        <w:spacing w:before="0" w:after="0"/>
      </w:pPr>
      <w:r>
        <w:t>A name for the technology fluency I have practiced since childhood, now expressed as a Next.js, TypeScript, PostgreSQL, and containerized platform spanning CRM, support, scheduling, browser meetings, billing, analytics, telemetry, and AI automation.</w:t>
      </w:r>
    </w:p>
    <w:p>
      <w:pPr>
        <w:keepNext/>
        <w:spacing w:before="60" w:after="0"/>
      </w:pPr>
      <w:r>
        <w:rPr>
          <w:b/>
        </w:rPr>
        <w:t>KTHX.fun / Ricoshot - Game Frontend and Deterministic Engine</w:t>
      </w:r>
    </w:p>
    <w:p>
      <w:pPr>
        <w:keepLines/>
        <w:spacing w:before="0" w:after="0"/>
      </w:pPr>
      <w:r>
        <w:t>Built the live arcade frontend across arena discovery, bot play, tutorials, cabinet shopping, rankings, and wallet flows, backed by a deterministic C++20/WebAssembly engine using fixed ticks, replayable inputs, checkpoint validation, and verifiable mechanics.</w:t>
      </w:r>
    </w:p>
    <w:p>
      <w:pPr>
        <w:keepNext/>
        <w:spacing w:before="60" w:after="0"/>
      </w:pPr>
      <w:r>
        <w:rPr>
          <w:b/>
        </w:rPr>
        <w:t>Velatis and Velatis Charts</w:t>
      </w:r>
    </w:p>
    <w:p>
      <w:pPr>
        <w:keepLines/>
        <w:spacing w:before="0" w:after="0"/>
      </w:pPr>
      <w:r>
        <w:t>Product engineering and AI automation for a private research platform, plus an open-source stateless chart engine with typed APIs and deterministic URLs.</w:t>
      </w:r>
    </w:p>
    <w:p>
      <w:pPr>
        <w:keepNext/>
        <w:spacing w:before="60" w:after="0"/>
      </w:pPr>
      <w:r>
        <w:rPr>
          <w:b/>
        </w:rPr>
        <w:t>Agorix, Proofmark, and Foundation Archive - Open Source</w:t>
      </w:r>
    </w:p>
    <w:p>
      <w:pPr>
        <w:keepLines/>
        <w:spacing w:before="0" w:after="0"/>
      </w:pPr>
      <w:r>
        <w:t>Built decentralized marketplace, document-signing, audit, Rust, and IPFS recovery systems across Bitcoin, Ethereum, Solana, Next.js, PostgreSQL, and tRPC.</w:t>
      </w:r>
    </w:p>
    <w:p>
      <w:pPr>
        <w:keepNext/>
        <w:spacing w:before="60" w:after="0"/>
      </w:pPr>
      <w:r>
        <w:rPr>
          <w:b/>
        </w:rPr>
        <w:t>TokenGators, Bitlectro Labs, Dreamloops, The Dreamers, WolfGame, Quadrillion, The Gardens, and IRLAlpha</w:t>
      </w:r>
    </w:p>
    <w:p>
      <w:pPr>
        <w:keepLines/>
        <w:spacing w:before="0" w:after="0"/>
      </w:pPr>
      <w:r>
        <w:t>Worked with DreamWorks Animation creative leadership, Bitlectro Labs, and members of STRFKR across web apps, games, generative art, smart contracts, and launches.</w:t>
      </w:r>
    </w:p>
    <w:p>
      <w:pPr>
        <w:keepNext/>
        <w:spacing w:before="60" w:after="0"/>
      </w:pPr>
      <w:r>
        <w:rPr>
          <w:b/>
        </w:rPr>
        <w:t>NuPrice - Acquired Amazon Operations SaaS</w:t>
      </w:r>
    </w:p>
    <w:p>
      <w:pPr>
        <w:keepLines/>
        <w:spacing w:before="0" w:after="0"/>
      </w:pPr>
      <w:r>
        <w:t>Built marketplace ingestion, repricing automation, analytics, CMS, subscriptions, and in-app support. Solved gaps competing tools did not and was acquired.</w:t>
      </w:r>
    </w:p>
    <w:p>
      <w:pPr>
        <w:keepNext/>
        <w:spacing w:before="60" w:after="0"/>
      </w:pPr>
      <w:r>
        <w:rPr>
          <w:b/>
        </w:rPr>
        <w:t>MinePocket - Minecraft Mobile Connectivity</w:t>
      </w:r>
    </w:p>
    <w:p>
      <w:pPr>
        <w:keepLines/>
        <w:spacing w:before="0" w:after="0"/>
      </w:pPr>
      <w:r>
        <w:t>Extended LAN-only Minecraft mobile multiplayer across the internet with custom routing and session infrastructure, and worked with Mojang around the product.</w:t>
      </w:r>
    </w:p>
    <w:p>
      <w:pPr>
        <w:keepNext/>
        <w:spacing w:before="80" w:after="20"/>
      </w:pPr>
      <w:r>
        <w:rPr>
          <w:b/>
          <w:color w:val="0F7D9B"/>
          <w:sz w:val="24"/>
        </w:rPr>
        <w:t>PUBLIC LINK KEY</w:t>
      </w:r>
    </w:p>
    <w:p>
      <w:pPr>
        <w:keepLines/>
        <w:spacing w:before="0" w:after="0" w:line="216" w:lineRule="auto"/>
      </w:pPr>
      <w:r>
        <w:rPr>
          <w:b/>
          <w:sz w:val="15"/>
        </w:rPr>
        <w:t xml:space="preserve">Resume Site: </w:t>
      </w:r>
      <w:hyperlink r:id="rId23">
        <w:r>
          <w:rPr>
            <w:color w:val="0563C1"/>
            <w:u w:val="single"/>
            <w:sz w:val="15"/>
          </w:rPr>
          <w:t>https://chad.koslovsky.xyz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Resume PDF: </w:t>
      </w:r>
      <w:hyperlink r:id="rId25">
        <w:r>
          <w:rPr>
            <w:color w:val="0563C1"/>
            <w:u w:val="single"/>
            <w:sz w:val="15"/>
          </w:rPr>
          <w:t>https://chad.koslovsky.xyz/resume/chad-koslovsky-resume.pdf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LinkedIn: </w:t>
      </w:r>
      <w:hyperlink r:id="rId12">
        <w:r>
          <w:rPr>
            <w:color w:val="0563C1"/>
            <w:u w:val="single"/>
            <w:sz w:val="15"/>
          </w:rPr>
          <w:t>https://www.linkedin.com/in/chadkoslovsky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GitHub: </w:t>
      </w:r>
      <w:hyperlink r:id="rId13">
        <w:r>
          <w:rPr>
            <w:color w:val="0563C1"/>
            <w:u w:val="single"/>
            <w:sz w:val="15"/>
          </w:rPr>
          <w:t>https://github.com/Ravonus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Technomancy.IT: </w:t>
      </w:r>
      <w:hyperlink r:id="rId14">
        <w:r>
          <w:rPr>
            <w:color w:val="0563C1"/>
            <w:u w:val="single"/>
            <w:sz w:val="15"/>
          </w:rPr>
          <w:t>https://technomancy.it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KTHX.fun / Ricoshot: </w:t>
      </w:r>
      <w:hyperlink r:id="rId15">
        <w:r>
          <w:rPr>
            <w:color w:val="0563C1"/>
            <w:u w:val="single"/>
            <w:sz w:val="15"/>
          </w:rPr>
          <w:t>https://kthx.fun/games/ricoshot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Velatis: </w:t>
      </w:r>
      <w:hyperlink r:id="rId16">
        <w:r>
          <w:rPr>
            <w:color w:val="0563C1"/>
            <w:u w:val="single"/>
            <w:sz w:val="15"/>
          </w:rPr>
          <w:t>https://velatis.io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Velatis Charts: </w:t>
      </w:r>
      <w:hyperlink r:id="rId17">
        <w:r>
          <w:rPr>
            <w:color w:val="0563C1"/>
            <w:u w:val="single"/>
            <w:sz w:val="15"/>
          </w:rPr>
          <w:t>https://github.com/Ravonus/velatis-charts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Proofmark: </w:t>
      </w:r>
      <w:hyperlink r:id="rId19">
        <w:r>
          <w:rPr>
            <w:color w:val="0563C1"/>
            <w:u w:val="single"/>
            <w:sz w:val="15"/>
          </w:rPr>
          <w:t>https://github.com/Ravonus/proofmark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Foundation Share Bridge: </w:t>
      </w:r>
      <w:hyperlink r:id="rId20">
        <w:r>
          <w:rPr>
            <w:color w:val="0563C1"/>
            <w:u w:val="single"/>
            <w:sz w:val="15"/>
          </w:rPr>
          <w:t>https://github.com/Ravonus/foundation-share-bridge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TokenGators: </w:t>
      </w:r>
      <w:hyperlink r:id="rId21">
        <w:r>
          <w:rPr>
            <w:color w:val="0563C1"/>
            <w:u w:val="single"/>
            <w:sz w:val="15"/>
          </w:rPr>
          <w:t>https://tokengators.com/</w:t>
        </w:r>
      </w:hyperlink>
    </w:p>
    <w:p>
      <w:pPr>
        <w:keepLines/>
        <w:spacing w:before="0" w:after="0" w:line="216" w:lineRule="auto"/>
      </w:pPr>
      <w:r>
        <w:rPr>
          <w:b/>
          <w:sz w:val="15"/>
        </w:rPr>
        <w:t xml:space="preserve">Dreamloops Contract: </w:t>
      </w:r>
      <w:hyperlink r:id="rId22">
        <w:r>
          <w:rPr>
            <w:color w:val="0563C1"/>
            <w:u w:val="single"/>
            <w:sz w:val="15"/>
          </w:rPr>
          <w:t>https://etherscan.io/token/0xf1b33ac32dbc6617f7267a349be6ebb004feccff</w:t>
        </w:r>
      </w:hyperlink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chad.technomancy.it" TargetMode="External"/><Relationship Id="rId11" Type="http://schemas.openxmlformats.org/officeDocument/2006/relationships/hyperlink" Target="https://chad.technomancy.it/resume/chad-k-devops.pdf" TargetMode="External"/><Relationship Id="rId12" Type="http://schemas.openxmlformats.org/officeDocument/2006/relationships/hyperlink" Target="https://www.linkedin.com/in/chadkoslovsky" TargetMode="External"/><Relationship Id="rId13" Type="http://schemas.openxmlformats.org/officeDocument/2006/relationships/hyperlink" Target="https://github.com/Ravonus" TargetMode="External"/><Relationship Id="rId14" Type="http://schemas.openxmlformats.org/officeDocument/2006/relationships/hyperlink" Target="https://technomancy.it" TargetMode="External"/><Relationship Id="rId15" Type="http://schemas.openxmlformats.org/officeDocument/2006/relationships/hyperlink" Target="https://kthx.fun/games/ricoshot" TargetMode="External"/><Relationship Id="rId16" Type="http://schemas.openxmlformats.org/officeDocument/2006/relationships/hyperlink" Target="https://velatis.io" TargetMode="External"/><Relationship Id="rId17" Type="http://schemas.openxmlformats.org/officeDocument/2006/relationships/hyperlink" Target="https://github.com/Ravonus/velatis-charts" TargetMode="External"/><Relationship Id="rId18" Type="http://schemas.openxmlformats.org/officeDocument/2006/relationships/hyperlink" Target="https://evocation.me" TargetMode="External"/><Relationship Id="rId19" Type="http://schemas.openxmlformats.org/officeDocument/2006/relationships/hyperlink" Target="https://github.com/Ravonus/proofmark" TargetMode="External"/><Relationship Id="rId20" Type="http://schemas.openxmlformats.org/officeDocument/2006/relationships/hyperlink" Target="https://github.com/Ravonus/foundation-share-bridge" TargetMode="External"/><Relationship Id="rId21" Type="http://schemas.openxmlformats.org/officeDocument/2006/relationships/hyperlink" Target="https://tokengators.com/" TargetMode="External"/><Relationship Id="rId22" Type="http://schemas.openxmlformats.org/officeDocument/2006/relationships/hyperlink" Target="https://etherscan.io/token/0xf1b33ac32dbc6617f7267a349be6ebb004feccff" TargetMode="External"/><Relationship Id="rId23" Type="http://schemas.openxmlformats.org/officeDocument/2006/relationships/hyperlink" Target="https://chad.koslovsky.xyz" TargetMode="External"/><Relationship Id="rId24" Type="http://schemas.openxmlformats.org/officeDocument/2006/relationships/hyperlink" Target="https://chad.koslovsky.xyz/resume/chad-k-devops.pdf" TargetMode="External"/><Relationship Id="rId25" Type="http://schemas.openxmlformats.org/officeDocument/2006/relationships/hyperlink" Target="https://chad.koslovsky.xyz/resume/chad-koslovsky-resum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Chad Koslovsky - Product Engineer</dc:title>
  <dc:subject>Product engineering, full-stack systems, operations software, and automation</dc:subject>
  <dc:creator>python-docx</dc:creator>
  <cp:keywords>product engineer, full stack, operations, automation, AI tools, TypeScript, Next.js, Node.js, PostgreSQL, infrastructure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